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0A2054" w14:textId="16055275" w:rsidR="003238D2" w:rsidRPr="006F0A65" w:rsidRDefault="00BD22D3" w:rsidP="006F0A65">
      <w:pPr>
        <w:jc w:val="center"/>
        <w:rPr>
          <w:rFonts w:ascii="Bricolage Grotesque 14pt" w:hAnsi="Bricolage Grotesque 14pt"/>
          <w:color w:val="F79646" w:themeColor="accent6"/>
          <w:sz w:val="36"/>
          <w:szCs w:val="36"/>
        </w:rPr>
      </w:pPr>
      <w:proofErr w:type="spellStart"/>
      <w:r w:rsidRPr="006F0A65">
        <w:rPr>
          <w:rFonts w:ascii="Bricolage Grotesque 14pt" w:hAnsi="Bricolage Grotesque 14pt"/>
          <w:color w:val="F79646" w:themeColor="accent6"/>
          <w:sz w:val="36"/>
          <w:szCs w:val="36"/>
        </w:rPr>
        <w:t>Formulaire</w:t>
      </w:r>
      <w:proofErr w:type="spellEnd"/>
      <w:r w:rsidRPr="006F0A65">
        <w:rPr>
          <w:rFonts w:ascii="Bricolage Grotesque 14pt" w:hAnsi="Bricolage Grotesque 14pt"/>
          <w:color w:val="F79646" w:themeColor="accent6"/>
          <w:sz w:val="36"/>
          <w:szCs w:val="36"/>
        </w:rPr>
        <w:t xml:space="preserve"> de </w:t>
      </w:r>
      <w:proofErr w:type="spellStart"/>
      <w:r w:rsidRPr="006F0A65">
        <w:rPr>
          <w:rFonts w:ascii="Bricolage Grotesque 14pt" w:hAnsi="Bricolage Grotesque 14pt"/>
          <w:color w:val="F79646" w:themeColor="accent6"/>
          <w:sz w:val="36"/>
          <w:szCs w:val="36"/>
        </w:rPr>
        <w:t>demande</w:t>
      </w:r>
      <w:proofErr w:type="spellEnd"/>
      <w:r w:rsidRPr="006F0A65">
        <w:rPr>
          <w:rFonts w:ascii="Bricolage Grotesque 14pt" w:hAnsi="Bricolage Grotesque 14pt"/>
          <w:color w:val="F79646" w:themeColor="accent6"/>
          <w:sz w:val="36"/>
          <w:szCs w:val="36"/>
        </w:rPr>
        <w:t xml:space="preserve"> de diffusion – SFCTCV</w:t>
      </w:r>
    </w:p>
    <w:p w14:paraId="7FF88009" w14:textId="0D03DB18" w:rsidR="003238D2" w:rsidRPr="006F0A65" w:rsidRDefault="003238D2">
      <w:pPr>
        <w:rPr>
          <w:rFonts w:ascii="Bricolage Grotesque 14pt" w:hAnsi="Bricolage Grotesque 14pt"/>
          <w:sz w:val="24"/>
          <w:szCs w:val="24"/>
        </w:rPr>
      </w:pPr>
    </w:p>
    <w:p w14:paraId="42A0F187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1. Informations sur le demandeur</w:t>
      </w:r>
    </w:p>
    <w:p w14:paraId="335E8FC0" w14:textId="70C5615A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Nom, prénom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Nom, prénom"/>
          <w:tag w:val="form_nom_prenom"/>
          <w:id w:val="-1100478780"/>
          <w:placeholder>
            <w:docPart w:val="AB7DB1E4A90140AD9DACB3602EE0A23D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4DBD8C12" w14:textId="4DF8290B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Profession / spécialité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Profession / spécialité"/>
          <w:tag w:val="form_profession_specialite"/>
          <w:id w:val="-2003422218"/>
          <w:placeholder>
            <w:docPart w:val="67EBA5D17541456B8D1739874AAFBEB2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7BB367C6" w14:textId="75006D86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Établissement / institution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Établissement / institution"/>
          <w:tag w:val="form_etablissement_institution"/>
          <w:id w:val="1491976626"/>
          <w:placeholder>
            <w:docPart w:val="26907196025F40ACA61F64BBE2469F33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2CA123F2" w14:textId="0D2F69E6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Adresse </w:t>
      </w:r>
      <w:proofErr w:type="gramStart"/>
      <w:r w:rsidRPr="006F0A65">
        <w:rPr>
          <w:rFonts w:ascii="Bricolage Grotesque 14pt" w:hAnsi="Bricolage Grotesque 14pt"/>
          <w:sz w:val="24"/>
          <w:szCs w:val="24"/>
          <w:lang w:val="fr-FR"/>
        </w:rPr>
        <w:t>e-mail</w:t>
      </w:r>
      <w:proofErr w:type="gramEnd"/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Adresse e-mail"/>
          <w:tag w:val="form_adresse_e_mail"/>
          <w:id w:val="861786530"/>
          <w:placeholder>
            <w:docPart w:val="E3585511FAFD406BB99C4AFDA9F9E651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 xml:space="preserve">Saisissez l’adresse </w:t>
          </w:r>
          <w:proofErr w:type="gramStart"/>
          <w:r w:rsidR="007F7246" w:rsidRPr="00F910F0">
            <w:rPr>
              <w:rStyle w:val="Textedelespacerserv"/>
            </w:rPr>
            <w:t>e-mail</w:t>
          </w:r>
          <w:proofErr w:type="gramEnd"/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</w:t>
      </w:r>
    </w:p>
    <w:p w14:paraId="3CECCF0F" w14:textId="4103575F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Téléphone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Téléphone"/>
          <w:tag w:val="form_telephone"/>
          <w:id w:val="594832818"/>
          <w:placeholder>
            <w:docPart w:val="6466E0B8AD32422090D3C04C821EED2C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numéro de téléphone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</w:t>
      </w:r>
    </w:p>
    <w:p w14:paraId="63D04B9D" w14:textId="66D04EC9" w:rsidR="00AB3C26" w:rsidRPr="006F0A65" w:rsidRDefault="00AB3C26" w:rsidP="00AB3C26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3C9188DB">
        <w:rPr>
          <w:rFonts w:ascii="Bricolage Grotesque 14pt" w:hAnsi="Bricolage Grotesque 14pt"/>
          <w:sz w:val="24"/>
          <w:szCs w:val="24"/>
          <w:lang w:val="fr-FR"/>
        </w:rPr>
        <w:t>Êtes-vous membre de la SFCTCV ?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Oui/Non — Êtes-vous membre de la SFCTCV ?"/>
          <w:tag w:val="form_etes_vous_membre_de_la_sfctcv"/>
          <w:id w:val="1454287174"/>
          <w:placeholder>
            <w:docPart w:val="4D6A9E2E6BB3405F95D1034A2BB78020"/>
          </w:placeholder>
          <w:showingPlcHdr/>
          <w:dropDownList>
            <w:listItem w:value="Choisissez un élément."/>
            <w:listItem w:displayText="Oui" w:value="oui"/>
            <w:listItem w:displayText="Non" w:value="non"/>
          </w:dropDownList>
        </w:sdtPr>
        <w:sdtContent>
          <w:r w:rsidR="007F7246" w:rsidRPr="00F910F0">
            <w:rPr>
              <w:rStyle w:val="Textedelespacerserv"/>
            </w:rPr>
            <w:t>Sélectionnez Oui ou Non</w:t>
          </w:r>
        </w:sdtContent>
      </w:sdt>
    </w:p>
    <w:p w14:paraId="21D3A1A0" w14:textId="606B5D65" w:rsidR="422A2DF1" w:rsidRDefault="422A2DF1" w:rsidP="3C9188DB">
      <w:pPr>
        <w:numPr>
          <w:ilvl w:val="0"/>
          <w:numId w:val="10"/>
        </w:numPr>
        <w:rPr>
          <w:rFonts w:ascii="Bricolage Grotesque 14pt" w:hAnsi="Bricolage Grotesque 14pt"/>
          <w:sz w:val="24"/>
          <w:szCs w:val="24"/>
          <w:lang w:val="fr-FR"/>
        </w:rPr>
      </w:pPr>
      <w:r w:rsidRPr="561DF012">
        <w:rPr>
          <w:rFonts w:ascii="Bricolage Grotesque 14pt" w:hAnsi="Bricolage Grotesque 14pt"/>
          <w:sz w:val="24"/>
          <w:szCs w:val="24"/>
          <w:lang w:val="fr-FR"/>
        </w:rPr>
        <w:t>Êtes-vous interne CTCV ?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Oui/Non — Êtes-vous interne CTCV ?"/>
          <w:tag w:val="form_etes_vous_interne_ctcv"/>
          <w:id w:val="-2057080126"/>
          <w:placeholder>
            <w:docPart w:val="C108757635CD40A4842604CA64979FB4"/>
          </w:placeholder>
          <w:showingPlcHdr/>
          <w:dropDownList>
            <w:listItem w:value="Choisissez un élément."/>
            <w:listItem w:displayText="Oui" w:value="oui"/>
            <w:listItem w:displayText="Non" w:value="non"/>
          </w:dropDownList>
        </w:sdtPr>
        <w:sdtContent>
          <w:r w:rsidR="007F7246" w:rsidRPr="00F910F0">
            <w:rPr>
              <w:rStyle w:val="Textedelespacerserv"/>
            </w:rPr>
            <w:t>Sélectionnez Oui ou Non</w:t>
          </w:r>
        </w:sdtContent>
      </w:sdt>
      <w:r w:rsidRPr="561DF012">
        <w:rPr>
          <w:rFonts w:ascii="Bricolage Grotesque 14pt" w:hAnsi="Bricolage Grotesque 14pt"/>
          <w:sz w:val="24"/>
          <w:szCs w:val="24"/>
          <w:lang w:val="fr-FR"/>
        </w:rPr>
        <w:t xml:space="preserve"> </w:t>
      </w:r>
      <w:r>
        <w:tab/>
      </w:r>
      <w:r>
        <w:tab/>
      </w:r>
      <w:r>
        <w:tab/>
      </w:r>
    </w:p>
    <w:p w14:paraId="4027B739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15C9897B">
          <v:rect id="_x0000_i1025" style="width:0;height:1.5pt" o:hralign="center" o:hrstd="t" o:hr="t" fillcolor="#a0a0a0" stroked="f"/>
        </w:pict>
      </w:r>
    </w:p>
    <w:p w14:paraId="4EACCADE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2. Informations sur le questionnaire / enquête</w:t>
      </w:r>
    </w:p>
    <w:p w14:paraId="55EF7339" w14:textId="41A9FA45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Titre de l’étude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Titre de l’étude"/>
          <w:tag w:val="form_titre_de_l_etude"/>
          <w:id w:val="2093582653"/>
          <w:placeholder>
            <w:docPart w:val="AAE49F2A0E294981BAF6C8F19E35A9CB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titre de l’étude</w:t>
          </w:r>
        </w:sdtContent>
      </w:sdt>
    </w:p>
    <w:p w14:paraId="5E2443F9" w14:textId="6392C320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561DF012">
        <w:rPr>
          <w:rFonts w:ascii="Bricolage Grotesque 14pt" w:hAnsi="Bricolage Grotesque 14pt"/>
          <w:sz w:val="24"/>
          <w:szCs w:val="24"/>
          <w:lang w:val="fr-FR"/>
        </w:rPr>
        <w:t>Objectif principal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Objectif principal"/>
          <w:tag w:val="form_objectif_principal"/>
          <w:id w:val="-1941442731"/>
          <w:placeholder>
            <w:docPart w:val="CFEF9911C1884F2CAE62C140A4923357"/>
          </w:placeholder>
          <w:showingPlcHdr/>
        </w:sdtPr>
        <w:sdtContent>
          <w:r w:rsidR="007F7246" w:rsidRPr="00F910F0">
            <w:rPr>
              <w:rStyle w:val="Textedelespacerserv"/>
            </w:rPr>
            <w:t>Saisissez l’objectif principal (5 lignes maximum)</w:t>
          </w:r>
        </w:sdtContent>
      </w:sdt>
      <w:r w:rsidRPr="561DF012">
        <w:rPr>
          <w:rFonts w:ascii="Bricolage Grotesque 14pt" w:hAnsi="Bricolage Grotesque 14pt"/>
          <w:sz w:val="24"/>
          <w:szCs w:val="24"/>
          <w:lang w:val="fr-FR"/>
        </w:rPr>
        <w:t xml:space="preserve"> (5 lignes max) :</w:t>
      </w:r>
    </w:p>
    <w:p w14:paraId="200DF8C4" w14:textId="78DDCE8C" w:rsidR="561DF012" w:rsidRDefault="561DF012" w:rsidP="561DF012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</w:p>
    <w:p w14:paraId="3050815F" w14:textId="6B4D6D8D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Public cible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Public cible"/>
          <w:tag w:val="form_public_cible"/>
          <w:id w:val="-1747726077"/>
          <w:placeholder>
            <w:docPart w:val="C71C8DEF9A354E3EA6B515A3ADD316D5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public cible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(ex : chirurgiens thoraciques, cardio-vasculaires, internes…)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Public cible"/>
          <w:tag w:val="form_public_cible"/>
          <w:id w:val="685868446"/>
          <w:placeholder>
            <w:docPart w:val="156A7A60E49F4ED3A3CD0D3E9714CCBC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1B7FF228" w14:textId="047D86E3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Nombre total de questions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Nombre total de questions"/>
          <w:tag w:val="form_nombre_total_de_questions"/>
          <w:id w:val="1042403930"/>
          <w:placeholder>
            <w:docPart w:val="02A9D1CD4C73458D8B98BD3CC469732C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nombre total de questions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Nombre total de questions"/>
          <w:tag w:val="form_nombre_total_de_questions"/>
          <w:id w:val="-344797229"/>
          <w:placeholder>
            <w:docPart w:val="AF08CEE1E19D429AB44E18D2FABB5C87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16799770" w14:textId="18F56E9A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Durée estimée de réponse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urée estimée de réponse"/>
          <w:tag w:val="form_duree_estimee_de_reponse"/>
          <w:id w:val="627363265"/>
          <w:placeholder>
            <w:docPart w:val="C695411EC5BD45749751D6FE67B33F22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la durée estimée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urée estimée de réponse"/>
          <w:tag w:val="form_duree_estimee_de_reponse"/>
          <w:id w:val="893470696"/>
          <w:placeholder>
            <w:docPart w:val="FD56F34414084306B5BF916F5DEAF714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51B37249" w14:textId="60C8CA12" w:rsidR="00AB3C26" w:rsidRPr="006F0A65" w:rsidRDefault="00AB3C26" w:rsidP="00AB3C26">
      <w:pPr>
        <w:numPr>
          <w:ilvl w:val="0"/>
          <w:numId w:val="11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Type de projet : </w:t>
      </w:r>
    </w:p>
    <w:p w14:paraId="6C34491C" w14:textId="4FFEEF67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1"/>
          <w:tag w:val="form_case_option_1"/>
          <w:id w:val="-206031305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Thèse / mémoire</w:t>
      </w:r>
    </w:p>
    <w:p w14:paraId="2CE5BB46" w14:textId="4D73AF41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2"/>
          <w:tag w:val="form_case_option_2"/>
          <w:id w:val="-140528538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Étude institutionnelle</w:t>
      </w:r>
    </w:p>
    <w:p w14:paraId="044E28E7" w14:textId="1664DDE1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3"/>
          <w:tag w:val="form_case_option_3"/>
          <w:id w:val="7762995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Projet de recherche clinique</w:t>
      </w:r>
    </w:p>
    <w:p w14:paraId="4583C96F" w14:textId="7788E7FB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4"/>
          <w:tag w:val="form_case_option_4"/>
          <w:id w:val="41753066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Autre (préciser)</w:t>
      </w:r>
      <w:r>
        <w:rPr>
          <w:rFonts w:ascii="Bricolage Grotesque 14pt" w:hAnsi="Bricolage Grotesque 14pt"/>
          <w:sz w:val="24"/>
          <w:szCs w:val="24"/>
          <w:lang w:val="fr-FR"/>
        </w:rPr>
        <w:t> 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Autre (préciser)"/>
          <w:tag w:val="form_autre_preciser"/>
          <w:id w:val="433173033"/>
          <w:placeholder>
            <w:docPart w:val="A44EBD88136E45B29125A25A6A08D251"/>
          </w:placeholder>
          <w:showingPlcHdr/>
          <w:text/>
        </w:sdtPr>
        <w:sdtContent>
          <w:r w:rsidRPr="00F910F0">
            <w:rPr>
              <w:rStyle w:val="Textedelespacerserv"/>
            </w:rPr>
            <w:t>Précisez</w:t>
          </w:r>
        </w:sdtContent>
      </w:sdt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Autre (préciser)"/>
          <w:tag w:val="form_autre_preciser"/>
          <w:id w:val="-446232831"/>
          <w:placeholder>
            <w:docPart w:val="A80ED2240C854623ABB1EB6EB2003228"/>
          </w:placeholder>
          <w:showingPlcHdr/>
          <w:text/>
        </w:sdtPr>
        <w:sdtContent>
          <w:r w:rsidRPr="00F910F0">
            <w:rPr>
              <w:rStyle w:val="Textedelespacerserv"/>
            </w:rPr>
            <w:t>Précisez</w:t>
          </w:r>
        </w:sdtContent>
      </w:sdt>
      <w:r>
        <w:rPr>
          <w:rFonts w:ascii="Bricolage Grotesque 14pt" w:hAnsi="Bricolage Grotesque 14pt"/>
          <w:sz w:val="24"/>
          <w:szCs w:val="24"/>
          <w:lang w:val="fr-FR"/>
        </w:rPr>
        <w:t xml:space="preserve"> </w:t>
      </w:r>
    </w:p>
    <w:p w14:paraId="6BD384E8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6FABF7A4">
          <v:rect id="_x0000_i1026" style="width:0;height:1.5pt" o:hralign="center" o:hrstd="t" o:hr="t" fillcolor="#a0a0a0" stroked="f"/>
        </w:pict>
      </w:r>
    </w:p>
    <w:p w14:paraId="2C9EB377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3. Justification scientifique</w:t>
      </w:r>
    </w:p>
    <w:p w14:paraId="5F57A762" w14:textId="20146845" w:rsidR="00AB3C26" w:rsidRPr="006F0A65" w:rsidRDefault="00AB3C26" w:rsidP="00AB3C26">
      <w:pPr>
        <w:numPr>
          <w:ilvl w:val="0"/>
          <w:numId w:val="12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Contexte et intérêt pour la SFCTCV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Contexte et intérêt pour la SFCTCV"/>
          <w:tag w:val="form_contexte_et_interet_pour_la_sfctcv"/>
          <w:id w:val="863866692"/>
          <w:placeholder>
            <w:docPart w:val="C12105E6289D496CA3815E8F81CD3D2A"/>
          </w:placeholder>
          <w:showingPlcHdr/>
        </w:sdtPr>
        <w:sdtContent>
          <w:r w:rsidR="007F7246" w:rsidRPr="00F910F0">
            <w:rPr>
              <w:rStyle w:val="Textedelespacerserv"/>
            </w:rPr>
            <w:t>Saisissez le contexte et l’intérêt (10 lignes maximum)</w:t>
          </w:r>
        </w:sdtContent>
      </w:sdt>
      <w:r w:rsidR="007F7246">
        <w:rPr>
          <w:rFonts w:ascii="Bricolage Grotesque 14pt" w:hAnsi="Bricolage Grotesque 14pt"/>
          <w:sz w:val="24"/>
          <w:szCs w:val="24"/>
          <w:lang w:val="fr-FR"/>
        </w:rPr>
        <w:t> :</w:t>
      </w:r>
    </w:p>
    <w:p w14:paraId="40BD3B8F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3348451E">
          <v:rect id="_x0000_i1027" style="width:0;height:1.5pt" o:hralign="center" o:hrstd="t" o:hr="t" fillcolor="#a0a0a0" stroked="f"/>
        </w:pict>
      </w:r>
    </w:p>
    <w:p w14:paraId="45F2BAB7" w14:textId="14CC84A0" w:rsidR="561DF012" w:rsidRDefault="561DF012" w:rsidP="561DF012">
      <w:pPr>
        <w:rPr>
          <w:rFonts w:ascii="Bricolage Grotesque 14pt" w:hAnsi="Bricolage Grotesque 14pt"/>
          <w:sz w:val="24"/>
          <w:szCs w:val="24"/>
          <w:lang w:val="fr-FR"/>
        </w:rPr>
      </w:pPr>
    </w:p>
    <w:p w14:paraId="36A2B870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4. Documents à fournir</w:t>
      </w:r>
    </w:p>
    <w:p w14:paraId="1B8A7236" w14:textId="3A11BA94" w:rsidR="00AB3C26" w:rsidRPr="006F0A65" w:rsidRDefault="00AB3C26" w:rsidP="00AB3C26">
      <w:pPr>
        <w:numPr>
          <w:ilvl w:val="0"/>
          <w:numId w:val="13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Synopsis court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Synopsis court"/>
          <w:tag w:val="form_synopsis_court"/>
          <w:id w:val="-1578354618"/>
          <w:placeholder>
            <w:docPart w:val="B527EFA1E6B5478A99BF6F55EAF96E5C"/>
          </w:placeholder>
          <w:showingPlcHdr/>
        </w:sdtPr>
        <w:sdtContent>
          <w:r w:rsidR="007F7246" w:rsidRPr="00F910F0">
            <w:rPr>
              <w:rStyle w:val="Textedelespacerserv"/>
            </w:rPr>
            <w:t>Saisissez le synopsis court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(PDF ou texte)</w:t>
      </w:r>
    </w:p>
    <w:p w14:paraId="294C4D12" w14:textId="1AA5F73E" w:rsidR="00AB3C26" w:rsidRPr="006F0A65" w:rsidRDefault="00AB3C26" w:rsidP="00AB3C26">
      <w:pPr>
        <w:numPr>
          <w:ilvl w:val="0"/>
          <w:numId w:val="13"/>
        </w:numPr>
        <w:rPr>
          <w:rFonts w:ascii="Bricolage Grotesque 14pt" w:hAnsi="Bricolage Grotesque 14pt"/>
          <w:sz w:val="24"/>
          <w:szCs w:val="24"/>
          <w:lang w:val="fr-FR"/>
        </w:rPr>
      </w:pPr>
      <w:r w:rsidRPr="561DF012">
        <w:rPr>
          <w:rFonts w:ascii="Bricolage Grotesque 14pt" w:hAnsi="Bricolage Grotesque 14pt"/>
          <w:sz w:val="24"/>
          <w:szCs w:val="24"/>
          <w:lang w:val="fr-FR"/>
        </w:rPr>
        <w:t>Lien vers le questionnaire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Lien vers le questionnaire"/>
          <w:tag w:val="form_lien_vers_le_questionnaire"/>
          <w:id w:val="-1540197900"/>
          <w:placeholder>
            <w:docPart w:val="469064B9D18A4E4EA0B173EAE5AB096A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lien</w:t>
          </w:r>
        </w:sdtContent>
      </w:sdt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Lien vers le questionnaire"/>
          <w:tag w:val="form_lien_vers_le_questionnaire"/>
          <w:id w:val="-669718845"/>
          <w:placeholder>
            <w:docPart w:val="4844ED08DBA346418798A56E12499C29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10C7756C" w14:textId="7C015F36" w:rsidR="561DF012" w:rsidRDefault="561DF012" w:rsidP="561DF012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</w:p>
    <w:p w14:paraId="6F358201" w14:textId="54713089" w:rsidR="00AB3C26" w:rsidRPr="006F0A65" w:rsidRDefault="00AB3C26" w:rsidP="00AB3C26">
      <w:pPr>
        <w:numPr>
          <w:ilvl w:val="0"/>
          <w:numId w:val="13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Information sur la gestion des données (RGPD)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Information sur la gestion des données (RGPD)"/>
          <w:tag w:val="form_information_sur_la_gestion_des_donnees_rgpd"/>
          <w:id w:val="573788356"/>
          <w:placeholder>
            <w:docPart w:val="2FD2D90A1E5B4BBE9F96FFE8C172192F"/>
          </w:placeholder>
          <w:showingPlcHdr/>
        </w:sdtPr>
        <w:sdtContent>
          <w:r w:rsidR="007F7246" w:rsidRPr="00F910F0">
            <w:rPr>
              <w:rStyle w:val="Textedelespacerserv"/>
            </w:rPr>
            <w:t>Saisissez les informations relatives au RGPD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</w:p>
    <w:p w14:paraId="72C951BA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76905128">
          <v:rect id="_x0000_i1028" style="width:0;height:1.5pt" o:hralign="center" o:hrstd="t" o:hr="t" fillcolor="#a0a0a0" stroked="f"/>
        </w:pict>
      </w:r>
    </w:p>
    <w:p w14:paraId="30514608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5. Engagements du demandeur</w:t>
      </w:r>
    </w:p>
    <w:p w14:paraId="38F86551" w14:textId="77777777" w:rsidR="00AB3C26" w:rsidRPr="006F0A65" w:rsidRDefault="00AB3C26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(</w:t>
      </w:r>
      <w:proofErr w:type="gramStart"/>
      <w:r w:rsidRPr="006F0A65">
        <w:rPr>
          <w:rFonts w:ascii="Bricolage Grotesque 14pt" w:hAnsi="Bricolage Grotesque 14pt"/>
          <w:sz w:val="24"/>
          <w:szCs w:val="24"/>
          <w:lang w:val="fr-FR"/>
        </w:rPr>
        <w:t>à</w:t>
      </w:r>
      <w:proofErr w:type="gramEnd"/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cocher)</w:t>
      </w:r>
    </w:p>
    <w:p w14:paraId="2C53A80C" w14:textId="7C27C71F" w:rsidR="00AB3C26" w:rsidRPr="006F0A65" w:rsidRDefault="007F7246" w:rsidP="00AB3C26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5"/>
          <w:tag w:val="form_case_option_5"/>
          <w:id w:val="4310188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Je m’engage à transmettre un </w:t>
      </w:r>
      <w:r w:rsidR="00AB3C26"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résumé des résultats</w:t>
      </w:r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à la SFCTCV dans les 6 mois suivant la fin de l’enquête.</w:t>
      </w:r>
    </w:p>
    <w:p w14:paraId="2062A31C" w14:textId="24C5579E" w:rsidR="00AB3C26" w:rsidRPr="006F0A65" w:rsidRDefault="007F7246" w:rsidP="00AB3C26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6"/>
          <w:tag w:val="form_case_option_6"/>
          <w:id w:val="-12644499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Je m’engage à </w:t>
      </w:r>
      <w:r w:rsidR="00AB3C26"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mentionner la SFCTCV</w:t>
      </w:r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dans toute publication ou communication issue du projet.</w:t>
      </w:r>
    </w:p>
    <w:p w14:paraId="03183F58" w14:textId="60BE1D55" w:rsidR="00AB3C26" w:rsidRPr="006F0A65" w:rsidRDefault="007F7246" w:rsidP="00AB3C26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7"/>
          <w:tag w:val="form_case_option_7"/>
          <w:id w:val="-17275899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Je confirme que l’étude est </w:t>
      </w:r>
      <w:r w:rsidR="00AB3C26"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conforme au RGPD</w:t>
      </w:r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et respecte la confidentialité des répondants.</w:t>
      </w:r>
    </w:p>
    <w:p w14:paraId="5442C219" w14:textId="57D04C6A" w:rsidR="00AB3C26" w:rsidRPr="006F0A65" w:rsidRDefault="007F7246" w:rsidP="00AB3C26">
      <w:pPr>
        <w:ind w:left="72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8"/>
          <w:tag w:val="form_case_option_8"/>
          <w:id w:val="-1753044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491852B0">
        <w:rPr>
          <w:rFonts w:ascii="Bricolage Grotesque 14pt" w:hAnsi="Bricolage Grotesque 14pt"/>
          <w:sz w:val="24"/>
          <w:szCs w:val="24"/>
          <w:lang w:val="fr-FR"/>
        </w:rPr>
        <w:t xml:space="preserve"> J’accepte intégralement les conditions de la </w:t>
      </w:r>
      <w:r w:rsidR="00AB3C26" w:rsidRPr="491852B0">
        <w:rPr>
          <w:rFonts w:ascii="Bricolage Grotesque 14pt" w:hAnsi="Bricolage Grotesque 14pt"/>
          <w:b/>
          <w:bCs/>
          <w:sz w:val="24"/>
          <w:szCs w:val="24"/>
          <w:lang w:val="fr-FR"/>
        </w:rPr>
        <w:t>Charte de la SFCTCV</w:t>
      </w:r>
      <w:r w:rsidR="00AB3C26" w:rsidRPr="491852B0">
        <w:rPr>
          <w:rFonts w:ascii="Bricolage Grotesque 14pt" w:hAnsi="Bricolage Grotesque 14pt"/>
          <w:sz w:val="24"/>
          <w:szCs w:val="24"/>
          <w:lang w:val="fr-FR"/>
        </w:rPr>
        <w:t xml:space="preserve"> relative à la diffusion des enquêtes.</w:t>
      </w:r>
    </w:p>
    <w:p w14:paraId="396904F3" w14:textId="171FCC4E" w:rsidR="491852B0" w:rsidRPr="002A2801" w:rsidRDefault="007F7246" w:rsidP="002A2801">
      <w:pPr>
        <w:spacing w:after="0" w:line="300" w:lineRule="auto"/>
        <w:ind w:left="720"/>
        <w:jc w:val="both"/>
        <w:rPr>
          <w:rFonts w:ascii="Bricolage Grotesque 14pt" w:hAnsi="Bricolage Grotesque 14pt"/>
          <w:sz w:val="24"/>
          <w:szCs w:val="24"/>
        </w:rPr>
      </w:pPr>
      <w:sdt>
        <w:sdtPr>
          <w:rPr>
            <w:rFonts w:ascii="Segoe UI" w:eastAsia="Segoe UI" w:hAnsi="Segoe UI" w:cs="Segoe UI"/>
            <w:sz w:val="21"/>
            <w:szCs w:val="21"/>
            <w:lang w:val="fr-FR"/>
          </w:rPr>
          <w:alias w:val="Case à cocher — option 9"/>
          <w:tag w:val="form_case_option_9"/>
          <w:id w:val="-24812086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" w:hint="eastAsia"/>
              <w:sz w:val="21"/>
              <w:szCs w:val="21"/>
              <w:lang w:val="fr-FR"/>
            </w:rPr>
            <w:t>☐</w:t>
          </w:r>
        </w:sdtContent>
      </w:sdt>
      <w:r w:rsidR="2036665C" w:rsidRPr="491852B0">
        <w:rPr>
          <w:rFonts w:ascii="Segoe UI" w:eastAsia="Segoe UI" w:hAnsi="Segoe UI" w:cs="Segoe UI"/>
          <w:sz w:val="21"/>
          <w:szCs w:val="21"/>
          <w:lang w:val="fr-FR"/>
        </w:rPr>
        <w:t xml:space="preserve"> </w:t>
      </w:r>
      <w:r w:rsidR="2036665C" w:rsidRPr="002A2801">
        <w:rPr>
          <w:rFonts w:ascii="Bricolage Grotesque 14pt" w:eastAsia="Segoe UI" w:hAnsi="Bricolage Grotesque 14pt" w:cs="Segoe UI"/>
          <w:sz w:val="24"/>
          <w:szCs w:val="24"/>
          <w:lang w:val="fr-FR"/>
        </w:rPr>
        <w:t xml:space="preserve">Je m’engage à soumettre un résumé de l’étude au congrès annuel de la SFCTCV </w:t>
      </w:r>
      <w:r w:rsidR="2036665C" w:rsidRPr="002A2801">
        <w:rPr>
          <w:rFonts w:ascii="Bricolage Grotesque 14pt" w:hAnsi="Bricolage Grotesque 14pt"/>
          <w:sz w:val="24"/>
          <w:szCs w:val="24"/>
        </w:rPr>
        <w:tab/>
      </w:r>
      <w:r w:rsidR="2036665C" w:rsidRPr="002A2801">
        <w:rPr>
          <w:rFonts w:ascii="Bricolage Grotesque 14pt" w:eastAsia="Segoe UI" w:hAnsi="Bricolage Grotesque 14pt" w:cs="Segoe UI"/>
          <w:sz w:val="24"/>
          <w:szCs w:val="24"/>
          <w:lang w:val="fr-FR"/>
        </w:rPr>
        <w:t xml:space="preserve">dans un délai de 18 mois suivant la diffusion du questionnaire, afin d’assurer une </w:t>
      </w:r>
      <w:r w:rsidR="2036665C" w:rsidRPr="002A2801">
        <w:rPr>
          <w:rFonts w:ascii="Bricolage Grotesque 14pt" w:hAnsi="Bricolage Grotesque 14pt"/>
          <w:sz w:val="24"/>
          <w:szCs w:val="24"/>
        </w:rPr>
        <w:tab/>
      </w:r>
      <w:r w:rsidR="2036665C" w:rsidRPr="002A2801">
        <w:rPr>
          <w:rFonts w:ascii="Bricolage Grotesque 14pt" w:eastAsia="Segoe UI" w:hAnsi="Bricolage Grotesque 14pt" w:cs="Segoe UI"/>
          <w:sz w:val="24"/>
          <w:szCs w:val="24"/>
          <w:lang w:val="fr-FR"/>
        </w:rPr>
        <w:t>valorisation scientifique auprès de la communauté.</w:t>
      </w:r>
    </w:p>
    <w:p w14:paraId="201D1C97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198673C1">
          <v:rect id="_x0000_i1029" style="width:0;height:1.5pt" o:hralign="center" o:hrstd="t" o:hr="t" fillcolor="#a0a0a0" stroked="f"/>
        </w:pict>
      </w:r>
    </w:p>
    <w:p w14:paraId="17DE9FBB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6. Dates</w:t>
      </w:r>
    </w:p>
    <w:p w14:paraId="52A2785D" w14:textId="7507E345" w:rsidR="00AB3C26" w:rsidRPr="006F0A65" w:rsidRDefault="00AB3C26" w:rsidP="00AB3C26">
      <w:pPr>
        <w:numPr>
          <w:ilvl w:val="0"/>
          <w:numId w:val="15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Date souhaitée de début de diffusion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ate souhaitée de début de diffusion"/>
          <w:tag w:val="form_date_souhaitee_de_debut_de_diffusion"/>
          <w:id w:val="1231192502"/>
          <w:placeholder>
            <w:docPart w:val="1658D8F76A9844078F9A84E2A68924B7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F7246" w:rsidRPr="00F910F0">
            <w:rPr>
              <w:rStyle w:val="Textedelespacerserv"/>
            </w:rPr>
            <w:t>Sélectionnez la date souhaitée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Date — Date souhaitée de début de diffusion"/>
          <w:tag w:val="form_date_souhaitee_de_debut_de_diffusion"/>
          <w:id w:val="-1790119104"/>
          <w:placeholder>
            <w:docPart w:val="D8C2085FA7934A78899930CC7F6FD6B1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3DF060CD" w14:textId="5C448344" w:rsidR="00AB3C26" w:rsidRPr="006F0A65" w:rsidRDefault="00AB3C26" w:rsidP="00AB3C26">
      <w:pPr>
        <w:numPr>
          <w:ilvl w:val="0"/>
          <w:numId w:val="15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Durée de diffusion souhaitée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urée de diffusion souhaitée"/>
          <w:tag w:val="form_duree_de_diffusion_souhaitee"/>
          <w:id w:val="916522756"/>
          <w:placeholder>
            <w:docPart w:val="EDF14181A6CB4C3DAFD5DC0CDD2E2EB5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la durée souhaitée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urée de diffusion souhaitée"/>
          <w:tag w:val="form_duree_de_diffusion_souhaitee"/>
          <w:id w:val="-1764210616"/>
          <w:placeholder>
            <w:docPart w:val="7EDB9A0436EF415A9621698196884A2E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49BE6A38" w14:textId="77777777" w:rsidR="00AB3C26" w:rsidRPr="006F0A65" w:rsidRDefault="00000000" w:rsidP="00AB3C26">
      <w:pPr>
        <w:rPr>
          <w:rFonts w:ascii="Bricolage Grotesque 14pt" w:hAnsi="Bricolage Grotesque 14pt"/>
          <w:sz w:val="24"/>
          <w:szCs w:val="24"/>
          <w:lang w:val="fr-FR"/>
        </w:rPr>
      </w:pPr>
      <w:r>
        <w:rPr>
          <w:rFonts w:ascii="Bricolage Grotesque 14pt" w:hAnsi="Bricolage Grotesque 14pt"/>
          <w:sz w:val="24"/>
          <w:szCs w:val="24"/>
          <w:lang w:val="fr-FR"/>
        </w:rPr>
        <w:pict w14:anchorId="56136F48">
          <v:rect id="_x0000_i1030" style="width:0;height:1.5pt" o:hralign="center" o:hrstd="t" o:hr="t" fillcolor="#a0a0a0" stroked="f"/>
        </w:pict>
      </w:r>
    </w:p>
    <w:p w14:paraId="28FDC6B4" w14:textId="77777777" w:rsidR="00AB3C26" w:rsidRPr="006F0A65" w:rsidRDefault="00AB3C26" w:rsidP="00AB3C26">
      <w:pPr>
        <w:rPr>
          <w:rFonts w:ascii="Bricolage Grotesque 14pt" w:hAnsi="Bricolage Grotesque 14pt"/>
          <w:b/>
          <w:bCs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b/>
          <w:bCs/>
          <w:sz w:val="24"/>
          <w:szCs w:val="24"/>
          <w:lang w:val="fr-FR"/>
        </w:rPr>
        <w:t>7. Validation (réservé à la SFCTCV)</w:t>
      </w:r>
    </w:p>
    <w:p w14:paraId="2ABCB17F" w14:textId="310E24BC" w:rsidR="00AB3C26" w:rsidRPr="006F0A65" w:rsidRDefault="00AB3C26" w:rsidP="00AB3C26">
      <w:pPr>
        <w:numPr>
          <w:ilvl w:val="0"/>
          <w:numId w:val="16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Décision : 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Saisir une réponse"/>
          <w:tag w:val="form_text"/>
          <w:id w:val="222871933"/>
          <w:placeholder>
            <w:docPart w:val="DefaultPlaceholder_-1854013440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 xml:space="preserve"> Réponse</w:t>
          </w:r>
        </w:sdtContent>
      </w:sdt>
    </w:p>
    <w:p w14:paraId="23F22144" w14:textId="1D6816CF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10"/>
          <w:tag w:val="form_case_option_10"/>
          <w:id w:val="102283232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Acceptée</w:t>
      </w:r>
    </w:p>
    <w:p w14:paraId="1AF2F629" w14:textId="1D7603E7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11"/>
          <w:tag w:val="form_case_option_11"/>
          <w:id w:val="-156726034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Acceptée sous conditions</w:t>
      </w:r>
    </w:p>
    <w:p w14:paraId="75DA4F2B" w14:textId="6AD4A843" w:rsidR="00AB3C26" w:rsidRPr="006F0A65" w:rsidRDefault="007F7246" w:rsidP="00AB3C26">
      <w:pPr>
        <w:ind w:left="1440"/>
        <w:rPr>
          <w:rFonts w:ascii="Bricolage Grotesque 14pt" w:hAnsi="Bricolage Grotesque 14pt"/>
          <w:sz w:val="24"/>
          <w:szCs w:val="24"/>
          <w:lang w:val="fr-FR"/>
        </w:rPr>
      </w:pPr>
      <w:sdt>
        <w:sdtPr>
          <w:rPr>
            <w:rFonts w:ascii="Segoe UI Symbol" w:hAnsi="Segoe UI Symbol" w:cs="Segoe UI Symbol"/>
            <w:sz w:val="24"/>
            <w:szCs w:val="24"/>
            <w:lang w:val="fr-FR"/>
          </w:rPr>
          <w:alias w:val="Case à cocher — option 12"/>
          <w:tag w:val="form_case_option_12"/>
          <w:id w:val="76527464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cs="Segoe UI Symbol" w:hint="eastAsia"/>
              <w:sz w:val="24"/>
              <w:szCs w:val="24"/>
              <w:lang w:val="fr-FR"/>
            </w:rPr>
            <w:t>☐</w:t>
          </w:r>
        </w:sdtContent>
      </w:sdt>
      <w:r w:rsidR="00AB3C26" w:rsidRPr="006F0A65">
        <w:rPr>
          <w:rFonts w:ascii="Bricolage Grotesque 14pt" w:hAnsi="Bricolage Grotesque 14pt"/>
          <w:sz w:val="24"/>
          <w:szCs w:val="24"/>
          <w:lang w:val="fr-FR"/>
        </w:rPr>
        <w:t xml:space="preserve"> Refusée</w:t>
      </w:r>
    </w:p>
    <w:p w14:paraId="531C2160" w14:textId="6A298E54" w:rsidR="00AB3C26" w:rsidRPr="006F0A65" w:rsidRDefault="00AB3C26" w:rsidP="00AB3C26">
      <w:pPr>
        <w:numPr>
          <w:ilvl w:val="0"/>
          <w:numId w:val="16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Conditions / commentaires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Conditions / commentaires"/>
          <w:tag w:val="form_conditions_commentaires"/>
          <w:id w:val="-1366593944"/>
          <w:placeholder>
            <w:docPart w:val="E25D9DC91C58435F8AED76FDFA0990EE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79394A58" w14:textId="1769471F" w:rsidR="00AB3C26" w:rsidRPr="006F0A65" w:rsidRDefault="00AB3C26" w:rsidP="00AB3C26">
      <w:pPr>
        <w:numPr>
          <w:ilvl w:val="0"/>
          <w:numId w:val="16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Membre(s) du Comité Scientifique en charge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Membre(s) du Comité Scientifique en charge"/>
          <w:tag w:val="form_membre_s_du_comite_scientifique_en_charge"/>
          <w:id w:val="-918103863"/>
          <w:placeholder>
            <w:docPart w:val="92624558A03A4EC6B62C190FD5B138AC"/>
          </w:placeholder>
          <w:showingPlcHdr/>
          <w:text/>
        </w:sdtPr>
        <w:sdtContent>
          <w:r w:rsidR="007F7246" w:rsidRPr="00F910F0">
            <w:rPr>
              <w:rStyle w:val="Textedelespacerserv"/>
            </w:rPr>
            <w:t>Saisissez le ou les membres en charge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Membre(s) du Comité Scientifique en charge"/>
          <w:tag w:val="form_membre_s_du_comite_scientifique_en_charge"/>
          <w:id w:val="2041787859"/>
          <w:placeholder>
            <w:docPart w:val="A3094CFA64CD4CAB9FB47A578A5927F4"/>
          </w:placeholder>
          <w:text/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25E61672" w14:textId="2E1A792B" w:rsidR="00AB3C26" w:rsidRPr="006F0A65" w:rsidRDefault="00AB3C26" w:rsidP="00AB3C26">
      <w:pPr>
        <w:numPr>
          <w:ilvl w:val="0"/>
          <w:numId w:val="16"/>
        </w:numPr>
        <w:rPr>
          <w:rFonts w:ascii="Bricolage Grotesque 14pt" w:hAnsi="Bricolage Grotesque 14pt"/>
          <w:sz w:val="24"/>
          <w:szCs w:val="24"/>
          <w:lang w:val="fr-FR"/>
        </w:rPr>
      </w:pPr>
      <w:r w:rsidRPr="006F0A65">
        <w:rPr>
          <w:rFonts w:ascii="Bricolage Grotesque 14pt" w:hAnsi="Bricolage Grotesque 14pt"/>
          <w:sz w:val="24"/>
          <w:szCs w:val="24"/>
          <w:lang w:val="fr-FR"/>
        </w:rPr>
        <w:t>Date de décision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Réponse — Date de décision"/>
          <w:tag w:val="form_date_de_decision"/>
          <w:id w:val="-1894564465"/>
          <w:placeholder>
            <w:docPart w:val="8F490E1A063D4D969A76E394FAC806AB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F7246" w:rsidRPr="00F910F0">
            <w:rPr>
              <w:rStyle w:val="Textedelespacerserv"/>
            </w:rPr>
            <w:t>Sélectionnez la date de décision</w:t>
          </w:r>
        </w:sdtContent>
      </w:sdt>
      <w:r w:rsidRPr="006F0A65">
        <w:rPr>
          <w:rFonts w:ascii="Bricolage Grotesque 14pt" w:hAnsi="Bricolage Grotesque 14pt"/>
          <w:sz w:val="24"/>
          <w:szCs w:val="24"/>
          <w:lang w:val="fr-FR"/>
        </w:rPr>
        <w:t xml:space="preserve"> :</w:t>
      </w:r>
      <w:sdt>
        <w:sdtPr>
          <w:rPr>
            <w:rFonts w:ascii="Bricolage Grotesque 14pt" w:hAnsi="Bricolage Grotesque 14pt"/>
            <w:sz w:val="24"/>
            <w:szCs w:val="24"/>
            <w:lang w:val="fr-FR"/>
          </w:rPr>
          <w:alias w:val="Date — Date de décision"/>
          <w:tag w:val="form_date_de_decision"/>
          <w:id w:val="-1857182838"/>
          <w:placeholder>
            <w:docPart w:val="4B428F78C43544BC903827BE9CDE7A05"/>
          </w:placeholder>
          <w:date>
            <w:dateFormat w:val="dd/MM/yyyy"/>
            <w:lid w:val="fr-FR"/>
            <w:storeMappedDataAs w:val="dateTime"/>
            <w:calendar w:val="gregorian"/>
          </w:date>
        </w:sdtPr>
        <w:sdtContent>
          <w:r w:rsidR="007F7246">
            <w:rPr>
              <w:rFonts w:ascii="Bricolage Grotesque 14pt" w:hAnsi="Bricolage Grotesque 14pt"/>
              <w:sz w:val="24"/>
              <w:szCs w:val="24"/>
              <w:lang w:val="fr-FR"/>
            </w:rPr>
            <w:t> </w:t>
          </w:r>
        </w:sdtContent>
      </w:sdt>
    </w:p>
    <w:p w14:paraId="4EFB55FC" w14:textId="77777777" w:rsidR="00AB3C26" w:rsidRPr="006F0A65" w:rsidRDefault="00AB3C26">
      <w:pPr>
        <w:rPr>
          <w:rFonts w:ascii="Bricolage Grotesque 14pt" w:hAnsi="Bricolage Grotesque 14pt"/>
          <w:sz w:val="24"/>
          <w:szCs w:val="24"/>
        </w:rPr>
      </w:pPr>
    </w:p>
    <w:sectPr w:rsidR="00AB3C26" w:rsidRPr="006F0A65" w:rsidSect="00034616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3B54DC" w14:textId="77777777" w:rsidR="00BC5702" w:rsidRDefault="00BC5702" w:rsidP="006B1C70">
      <w:pPr>
        <w:spacing w:after="0" w:line="240" w:lineRule="auto"/>
      </w:pPr>
      <w:r>
        <w:separator/>
      </w:r>
    </w:p>
  </w:endnote>
  <w:endnote w:type="continuationSeparator" w:id="0">
    <w:p w14:paraId="68856D01" w14:textId="77777777" w:rsidR="00BC5702" w:rsidRDefault="00BC5702" w:rsidP="006B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colage Grotesque 14pt ExtraB">
    <w:panose1 w:val="020B0605040402000204"/>
    <w:charset w:val="00"/>
    <w:family w:val="swiss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BCEF" w14:textId="77777777" w:rsidR="007F7246" w:rsidRDefault="007F7246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DFACB8" w14:textId="77777777" w:rsidR="007F7246" w:rsidRDefault="007F7246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F5D5C9" w14:textId="77777777" w:rsidR="007F7246" w:rsidRDefault="007F7246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80AC1D" w14:textId="77777777" w:rsidR="00BC5702" w:rsidRDefault="00BC5702" w:rsidP="006B1C70">
      <w:pPr>
        <w:spacing w:after="0" w:line="240" w:lineRule="auto"/>
      </w:pPr>
      <w:r>
        <w:separator/>
      </w:r>
    </w:p>
  </w:footnote>
  <w:footnote w:type="continuationSeparator" w:id="0">
    <w:p w14:paraId="52175E13" w14:textId="77777777" w:rsidR="00BC5702" w:rsidRDefault="00BC5702" w:rsidP="006B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BE8C1" w14:textId="77777777" w:rsidR="007F7246" w:rsidRDefault="007F7246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EDE6EF" w14:textId="14BE3F5D" w:rsidR="006B1C70" w:rsidRDefault="006B1C70">
    <w:pPr>
      <w:pStyle w:val="En-tte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102621E" wp14:editId="12387E97">
              <wp:simplePos x="0" y="0"/>
              <wp:positionH relativeFrom="column">
                <wp:posOffset>-483870</wp:posOffset>
              </wp:positionH>
              <wp:positionV relativeFrom="paragraph">
                <wp:posOffset>-125730</wp:posOffset>
              </wp:positionV>
              <wp:extent cx="6450330" cy="1211580"/>
              <wp:effectExtent l="57150" t="19050" r="83820" b="102870"/>
              <wp:wrapNone/>
              <wp:docPr id="1445181935" name="Rectangle : coins arrondis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450330" cy="1211580"/>
                      </a:xfrm>
                      <a:prstGeom prst="roundRect">
                        <a:avLst/>
                      </a:prstGeom>
                      <a:solidFill>
                        <a:schemeClr val="tx2">
                          <a:lumMod val="20000"/>
                          <a:lumOff val="80000"/>
                        </a:schemeClr>
                      </a:solidFill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roundrect w14:anchorId="63239DC7" id="Rectangle : coins arrondis 2" o:spid="_x0000_s1026" style="position:absolute;margin-left:-38.1pt;margin-top:-9.9pt;width:507.9pt;height:95.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" fillcolor="#c6d9f1 [671]" strokecolor="#4579b8 [3044]">
              <v:shadow on="t" color="black" opacity="22937f" origin=",.5" offset="0,.63889mm"/>
            </v:roundrect>
          </w:pict>
        </mc:Fallback>
      </mc:AlternateContent>
    </w:r>
    <w:r>
      <w:rPr>
        <w:noProof/>
      </w:rPr>
      <mc:AlternateContent>
        <mc:Choice Requires="wps">
          <w:drawing>
            <wp:anchor distT="45720" distB="45720" distL="114300" distR="114300" simplePos="0" relativeHeight="251663360" behindDoc="0" locked="0" layoutInCell="1" allowOverlap="1" wp14:anchorId="55CB4EBA" wp14:editId="160B9D03">
              <wp:simplePos x="0" y="0"/>
              <wp:positionH relativeFrom="column">
                <wp:posOffset>2407920</wp:posOffset>
              </wp:positionH>
              <wp:positionV relativeFrom="paragraph">
                <wp:posOffset>45720</wp:posOffset>
              </wp:positionV>
              <wp:extent cx="2293620" cy="1404620"/>
              <wp:effectExtent l="0" t="0" r="0" b="0"/>
              <wp:wrapSquare wrapText="bothSides"/>
              <wp:docPr id="217" name="Zone de text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93620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2EFA88" w14:textId="4F9FACCF" w:rsidR="006B1C70" w:rsidRPr="006B1C70" w:rsidRDefault="006B1C70" w:rsidP="006B1C70">
                          <w:pPr>
                            <w:pStyle w:val="En-tte"/>
                            <w:rPr>
                              <w:rFonts w:ascii="Bricolage Grotesque 14pt ExtraB" w:hAnsi="Bricolage Grotesque 14pt ExtraB"/>
                              <w:color w:val="002060"/>
                              <w:sz w:val="48"/>
                              <w:szCs w:val="48"/>
                            </w:rPr>
                          </w:pPr>
                          <w:proofErr w:type="spellStart"/>
                          <w:r w:rsidRPr="006B1C70">
                            <w:rPr>
                              <w:rFonts w:ascii="Bricolage Grotesque 14pt ExtraB" w:hAnsi="Bricolage Grotesque 14pt ExtraB"/>
                              <w:color w:val="002060"/>
                              <w:sz w:val="48"/>
                              <w:szCs w:val="48"/>
                            </w:rPr>
                            <w:t>comité</w:t>
                          </w:r>
                          <w:proofErr w:type="spellEnd"/>
                          <w:r w:rsidRPr="006B1C70">
                            <w:rPr>
                              <w:rFonts w:ascii="Bricolage Grotesque 14pt ExtraB" w:hAnsi="Bricolage Grotesque 14pt ExtraB"/>
                              <w:color w:val="002060"/>
                              <w:sz w:val="48"/>
                              <w:szCs w:val="48"/>
                            </w:rPr>
                            <w:t xml:space="preserve"> </w:t>
                          </w:r>
                          <w:proofErr w:type="spellStart"/>
                          <w:r w:rsidRPr="006B1C70">
                            <w:rPr>
                              <w:rFonts w:ascii="Bricolage Grotesque 14pt ExtraB" w:hAnsi="Bricolage Grotesque 14pt ExtraB"/>
                              <w:color w:val="002060"/>
                              <w:sz w:val="48"/>
                              <w:szCs w:val="48"/>
                            </w:rPr>
                            <w:t>scientifique</w:t>
                          </w:r>
                          <w:proofErr w:type="spellEnd"/>
                        </w:p>
                        <w:p w14:paraId="1F7978A0" w14:textId="3D29CC77" w:rsidR="006B1C70" w:rsidRDefault="006B1C70"/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55CB4EBA" id="_x0000_t202" coordsize="21600,21600" o:spt="202" path="m,l,21600r21600,l21600,xe">
              <v:stroke joinstyle="miter"/>
              <v:path gradientshapeok="t" o:connecttype="rect"/>
            </v:shapetype>
            <v:shape id="Zone de texte 2" o:spid="_x0000_s1026" type="#_x0000_t202" style="position:absolute;margin-left:189.6pt;margin-top:3.6pt;width:180.6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" filled="f" stroked="f">
              <v:textbox style="mso-fit-shape-to-text:t">
                <w:txbxContent>
                  <w:p w14:paraId="342EFA88" w14:textId="4F9FACCF" w:rsidR="006B1C70" w:rsidRPr="006B1C70" w:rsidRDefault="006B1C70" w:rsidP="006B1C70">
                    <w:pPr>
                      <w:pStyle w:val="En-tte"/>
                      <w:rPr>
                        <w:rFonts w:ascii="Bricolage Grotesque 14pt ExtraB" w:hAnsi="Bricolage Grotesque 14pt ExtraB"/>
                        <w:color w:val="002060"/>
                        <w:sz w:val="48"/>
                        <w:szCs w:val="48"/>
                      </w:rPr>
                    </w:pPr>
                    <w:proofErr w:type="spellStart"/>
                    <w:r w:rsidRPr="006B1C70">
                      <w:rPr>
                        <w:rFonts w:ascii="Bricolage Grotesque 14pt ExtraB" w:hAnsi="Bricolage Grotesque 14pt ExtraB"/>
                        <w:color w:val="002060"/>
                        <w:sz w:val="48"/>
                        <w:szCs w:val="48"/>
                      </w:rPr>
                      <w:t>comité</w:t>
                    </w:r>
                    <w:proofErr w:type="spellEnd"/>
                    <w:r w:rsidRPr="006B1C70">
                      <w:rPr>
                        <w:rFonts w:ascii="Bricolage Grotesque 14pt ExtraB" w:hAnsi="Bricolage Grotesque 14pt ExtraB"/>
                        <w:color w:val="002060"/>
                        <w:sz w:val="48"/>
                        <w:szCs w:val="48"/>
                      </w:rPr>
                      <w:t xml:space="preserve"> </w:t>
                    </w:r>
                    <w:proofErr w:type="spellStart"/>
                    <w:r w:rsidRPr="006B1C70">
                      <w:rPr>
                        <w:rFonts w:ascii="Bricolage Grotesque 14pt ExtraB" w:hAnsi="Bricolage Grotesque 14pt ExtraB"/>
                        <w:color w:val="002060"/>
                        <w:sz w:val="48"/>
                        <w:szCs w:val="48"/>
                      </w:rPr>
                      <w:t>scientifique</w:t>
                    </w:r>
                    <w:proofErr w:type="spellEnd"/>
                  </w:p>
                  <w:p w14:paraId="1F7978A0" w14:textId="3D29CC77" w:rsidR="006B1C70" w:rsidRDefault="006B1C70"/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1312" behindDoc="1" locked="0" layoutInCell="1" allowOverlap="1" wp14:anchorId="16800C6A" wp14:editId="49CD7093">
          <wp:simplePos x="0" y="0"/>
          <wp:positionH relativeFrom="column">
            <wp:posOffset>-228600</wp:posOffset>
          </wp:positionH>
          <wp:positionV relativeFrom="paragraph">
            <wp:posOffset>-45720</wp:posOffset>
          </wp:positionV>
          <wp:extent cx="2385060" cy="1060450"/>
          <wp:effectExtent l="0" t="0" r="0" b="0"/>
          <wp:wrapSquare wrapText="bothSides"/>
          <wp:docPr id="107439425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4394251" name="Image 1074394251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385060" cy="10604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5941D483" w14:textId="7C87E267" w:rsidR="006B1C70" w:rsidRDefault="006B1C70">
    <w:pPr>
      <w:pStyle w:val="En-tte"/>
    </w:pPr>
  </w:p>
  <w:p w14:paraId="676AC654" w14:textId="77777777" w:rsidR="006B1C70" w:rsidRDefault="006B1C70">
    <w:pPr>
      <w:pStyle w:val="En-tte"/>
    </w:pPr>
  </w:p>
  <w:p w14:paraId="206F9E3C" w14:textId="77777777" w:rsidR="006B1C70" w:rsidRDefault="006B1C70">
    <w:pPr>
      <w:pStyle w:val="En-tte"/>
    </w:pPr>
  </w:p>
  <w:p w14:paraId="6CAFBCC7" w14:textId="77777777" w:rsidR="006B1C70" w:rsidRDefault="006B1C70">
    <w:pPr>
      <w:pStyle w:val="En-tte"/>
    </w:pPr>
  </w:p>
  <w:p w14:paraId="2C3384CD" w14:textId="77777777" w:rsidR="006B1C70" w:rsidRDefault="006B1C70">
    <w:pPr>
      <w:pStyle w:val="En-tte"/>
    </w:pPr>
  </w:p>
  <w:p w14:paraId="26328E45" w14:textId="77777777" w:rsidR="006B1C70" w:rsidRDefault="006B1C70">
    <w:pPr>
      <w:pStyle w:val="En-tte"/>
    </w:pPr>
  </w:p>
  <w:p w14:paraId="21445D81" w14:textId="77777777" w:rsidR="006B1C70" w:rsidRDefault="006B1C70">
    <w:pPr>
      <w:pStyle w:val="En-tte"/>
    </w:pPr>
  </w:p>
  <w:p w14:paraId="35D1D3C6" w14:textId="77777777" w:rsidR="006B1C70" w:rsidRDefault="006B1C70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3861D" w14:textId="77777777" w:rsidR="007F7246" w:rsidRDefault="007F7246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74D36E7"/>
    <w:multiLevelType w:val="multilevel"/>
    <w:tmpl w:val="D012EB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184B5E"/>
    <w:multiLevelType w:val="multilevel"/>
    <w:tmpl w:val="18BAF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AEC62C1"/>
    <w:multiLevelType w:val="multilevel"/>
    <w:tmpl w:val="C0700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B743865"/>
    <w:multiLevelType w:val="multilevel"/>
    <w:tmpl w:val="78980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F440F55"/>
    <w:multiLevelType w:val="multilevel"/>
    <w:tmpl w:val="B4F828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CAA3728"/>
    <w:multiLevelType w:val="multilevel"/>
    <w:tmpl w:val="5A90C7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FD2AF4"/>
    <w:multiLevelType w:val="multilevel"/>
    <w:tmpl w:val="F7F87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16755373">
    <w:abstractNumId w:val="8"/>
  </w:num>
  <w:num w:numId="2" w16cid:durableId="681780542">
    <w:abstractNumId w:val="6"/>
  </w:num>
  <w:num w:numId="3" w16cid:durableId="1194264214">
    <w:abstractNumId w:val="5"/>
  </w:num>
  <w:num w:numId="4" w16cid:durableId="1138572134">
    <w:abstractNumId w:val="4"/>
  </w:num>
  <w:num w:numId="5" w16cid:durableId="892078634">
    <w:abstractNumId w:val="7"/>
  </w:num>
  <w:num w:numId="6" w16cid:durableId="1201237529">
    <w:abstractNumId w:val="3"/>
  </w:num>
  <w:num w:numId="7" w16cid:durableId="1965650494">
    <w:abstractNumId w:val="2"/>
  </w:num>
  <w:num w:numId="8" w16cid:durableId="2066878243">
    <w:abstractNumId w:val="1"/>
  </w:num>
  <w:num w:numId="9" w16cid:durableId="420687771">
    <w:abstractNumId w:val="0"/>
  </w:num>
  <w:num w:numId="10" w16cid:durableId="611404349">
    <w:abstractNumId w:val="10"/>
  </w:num>
  <w:num w:numId="11" w16cid:durableId="1685595200">
    <w:abstractNumId w:val="14"/>
  </w:num>
  <w:num w:numId="12" w16cid:durableId="332991919">
    <w:abstractNumId w:val="15"/>
  </w:num>
  <w:num w:numId="13" w16cid:durableId="317465204">
    <w:abstractNumId w:val="13"/>
  </w:num>
  <w:num w:numId="14" w16cid:durableId="434252660">
    <w:abstractNumId w:val="9"/>
  </w:num>
  <w:num w:numId="15" w16cid:durableId="1490318891">
    <w:abstractNumId w:val="12"/>
  </w:num>
  <w:num w:numId="16" w16cid:durableId="96215642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16860"/>
    <w:rsid w:val="00034616"/>
    <w:rsid w:val="0006063C"/>
    <w:rsid w:val="000B4A89"/>
    <w:rsid w:val="0015074B"/>
    <w:rsid w:val="0029639D"/>
    <w:rsid w:val="002A2801"/>
    <w:rsid w:val="003238D2"/>
    <w:rsid w:val="00326F90"/>
    <w:rsid w:val="006B1C70"/>
    <w:rsid w:val="006F0A65"/>
    <w:rsid w:val="007F7246"/>
    <w:rsid w:val="00AA1D8D"/>
    <w:rsid w:val="00AB3C26"/>
    <w:rsid w:val="00B47730"/>
    <w:rsid w:val="00BC5702"/>
    <w:rsid w:val="00BD22D3"/>
    <w:rsid w:val="00CB0664"/>
    <w:rsid w:val="00D32383"/>
    <w:rsid w:val="00EC2534"/>
    <w:rsid w:val="00F9158D"/>
    <w:rsid w:val="00FC693F"/>
    <w:rsid w:val="2036665C"/>
    <w:rsid w:val="3C9188DB"/>
    <w:rsid w:val="422A2DF1"/>
    <w:rsid w:val="44F73B17"/>
    <w:rsid w:val="491852B0"/>
    <w:rsid w:val="561DF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3236370"/>
  <w14:defaultImageDpi w14:val="300"/>
  <w15:docId w15:val="{EB260312-CF23-4508-A069-2FC45749FC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rsid w:val="00AA1D8D"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Textedelespacerserv">
    <w:name w:val="Placeholder Text"/>
    <w:basedOn w:val="Policepardfaut"/>
    <w:uiPriority w:val="99"/>
    <w:semiHidden/>
    <w:rsid w:val="007F7246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4AB6B2-6418-47BC-8C92-EA2EE565C91C}"/>
      </w:docPartPr>
      <w:docPartBody>
        <w:p w:rsidR="00000000" w:rsidRDefault="00156F05">
          <w:r w:rsidRPr="00F910F0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E3585511FAFD406BB99C4AFDA9F9E6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6D3881-C136-41CA-9A15-08BB3E6696D3}"/>
      </w:docPartPr>
      <w:docPartBody>
        <w:p w:rsidR="00000000" w:rsidRDefault="00156F05">
          <w:r w:rsidRPr="00F910F0">
            <w:rPr>
              <w:rStyle w:val="Textedelespacerserv"/>
            </w:rPr>
            <w:t>Saisissez l’adresse e-mail</w:t>
          </w:r>
        </w:p>
      </w:docPartBody>
    </w:docPart>
    <w:docPart>
      <w:docPartPr>
        <w:name w:val="6466E0B8AD32422090D3C04C821EED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DD547E5-EC4E-48FF-B671-2BD0A91BDF1D}"/>
      </w:docPartPr>
      <w:docPartBody>
        <w:p w:rsidR="00000000" w:rsidRDefault="00156F05">
          <w:r w:rsidRPr="00F910F0">
            <w:rPr>
              <w:rStyle w:val="Textedelespacerserv"/>
            </w:rPr>
            <w:t>Saisissez le numéro de téléphone</w:t>
          </w:r>
        </w:p>
      </w:docPartBody>
    </w:docPart>
    <w:docPart>
      <w:docPartPr>
        <w:name w:val="AAE49F2A0E294981BAF6C8F19E35A9C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CC936CE-D2C0-421A-B2FD-79046E58028E}"/>
      </w:docPartPr>
      <w:docPartBody>
        <w:p w:rsidR="00000000" w:rsidRDefault="00156F05">
          <w:r w:rsidRPr="00F910F0">
            <w:rPr>
              <w:rStyle w:val="Textedelespacerserv"/>
            </w:rPr>
            <w:t>Saisissez le titre de l’étude</w:t>
          </w:r>
        </w:p>
      </w:docPartBody>
    </w:docPart>
    <w:docPart>
      <w:docPartPr>
        <w:name w:val="C71C8DEF9A354E3EA6B515A3ADD316D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2BD16F-5CE2-4CC6-B476-33B0BE15C22E}"/>
      </w:docPartPr>
      <w:docPartBody>
        <w:p w:rsidR="00000000" w:rsidRDefault="00156F05">
          <w:r w:rsidRPr="00F910F0">
            <w:rPr>
              <w:rStyle w:val="Textedelespacerserv"/>
            </w:rPr>
            <w:t>Saisissez le public cible</w:t>
          </w:r>
        </w:p>
      </w:docPartBody>
    </w:docPart>
    <w:docPart>
      <w:docPartPr>
        <w:name w:val="02A9D1CD4C73458D8B98BD3CC46973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461C6E9-24B1-41CF-8D48-317EF58F6C3D}"/>
      </w:docPartPr>
      <w:docPartBody>
        <w:p w:rsidR="00000000" w:rsidRDefault="00156F05">
          <w:r w:rsidRPr="00F910F0">
            <w:rPr>
              <w:rStyle w:val="Textedelespacerserv"/>
            </w:rPr>
            <w:t>Saisissez le nombre total de questions</w:t>
          </w:r>
        </w:p>
      </w:docPartBody>
    </w:docPart>
    <w:docPart>
      <w:docPartPr>
        <w:name w:val="C695411EC5BD45749751D6FE67B33F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ECC5654-39B7-4B18-8C15-0C17396A3275}"/>
      </w:docPartPr>
      <w:docPartBody>
        <w:p w:rsidR="00000000" w:rsidRDefault="00156F05">
          <w:r w:rsidRPr="00F910F0">
            <w:rPr>
              <w:rStyle w:val="Textedelespacerserv"/>
            </w:rPr>
            <w:t>Saisissez la durée estimée</w:t>
          </w:r>
        </w:p>
      </w:docPartBody>
    </w:docPart>
    <w:docPart>
      <w:docPartPr>
        <w:name w:val="A44EBD88136E45B29125A25A6A08D25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EE4FD51-A1BD-4E32-B769-1ECFCC4EF5FC}"/>
      </w:docPartPr>
      <w:docPartBody>
        <w:p w:rsidR="00000000" w:rsidRDefault="00156F05">
          <w:r w:rsidRPr="00F910F0">
            <w:rPr>
              <w:rStyle w:val="Textedelespacerserv"/>
            </w:rPr>
            <w:t>Précisez</w:t>
          </w:r>
        </w:p>
      </w:docPartBody>
    </w:docPart>
    <w:docPart>
      <w:docPartPr>
        <w:name w:val="469064B9D18A4E4EA0B173EAE5AB09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E973B16-4DA6-4BB2-AA22-6F54A841552E}"/>
      </w:docPartPr>
      <w:docPartBody>
        <w:p w:rsidR="00000000" w:rsidRDefault="00156F05">
          <w:r w:rsidRPr="00F910F0">
            <w:rPr>
              <w:rStyle w:val="Textedelespacerserv"/>
            </w:rPr>
            <w:t>Saisissez le lien</w:t>
          </w:r>
        </w:p>
      </w:docPartBody>
    </w:docPart>
    <w:docPart>
      <w:docPartPr>
        <w:name w:val="92624558A03A4EC6B62C190FD5B138A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22DAF0-707D-4994-A98D-02CAC8B778CB}"/>
      </w:docPartPr>
      <w:docPartBody>
        <w:p w:rsidR="00000000" w:rsidRDefault="00156F05">
          <w:r w:rsidRPr="00F910F0">
            <w:rPr>
              <w:rStyle w:val="Textedelespacerserv"/>
            </w:rPr>
            <w:t>Saisissez le ou les membres en charge</w:t>
          </w:r>
        </w:p>
      </w:docPartBody>
    </w:docPart>
    <w:docPart>
      <w:docPartPr>
        <w:name w:val="EDF14181A6CB4C3DAFD5DC0CDD2E2EB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BC5F6D-B69B-4A82-AB3D-CB77ED93E8D2}"/>
      </w:docPartPr>
      <w:docPartBody>
        <w:p w:rsidR="00000000" w:rsidRDefault="00156F05">
          <w:r w:rsidRPr="00F910F0">
            <w:rPr>
              <w:rStyle w:val="Textedelespacerserv"/>
            </w:rPr>
            <w:t>Saisissez la durée souhaitée</w:t>
          </w:r>
        </w:p>
      </w:docPartBody>
    </w:docPart>
    <w:docPart>
      <w:docPartPr>
        <w:name w:val="CFEF9911C1884F2CAE62C140A492335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E7A53E1-4EE3-44F2-96A0-BE8F15C2F538}"/>
      </w:docPartPr>
      <w:docPartBody>
        <w:p w:rsidR="00000000" w:rsidRDefault="00156F05">
          <w:r w:rsidRPr="00F910F0">
            <w:rPr>
              <w:rStyle w:val="Textedelespacerserv"/>
            </w:rPr>
            <w:t>Saisissez l’objectif principal (5 lignes maximum)</w:t>
          </w:r>
        </w:p>
      </w:docPartBody>
    </w:docPart>
    <w:docPart>
      <w:docPartPr>
        <w:name w:val="C12105E6289D496CA3815E8F81CD3D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EE9DF6E-FB66-465F-AAF6-4C82695D8E06}"/>
      </w:docPartPr>
      <w:docPartBody>
        <w:p w:rsidR="00000000" w:rsidRDefault="00156F05">
          <w:r w:rsidRPr="00F910F0">
            <w:rPr>
              <w:rStyle w:val="Textedelespacerserv"/>
            </w:rPr>
            <w:t>Saisissez le contexte et l’intérêt (10 lignes maximum)</w:t>
          </w:r>
        </w:p>
      </w:docPartBody>
    </w:docPart>
    <w:docPart>
      <w:docPartPr>
        <w:name w:val="2FD2D90A1E5B4BBE9F96FFE8C172192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9C71A82-73D5-49F1-89CD-4F192FAE4BE2}"/>
      </w:docPartPr>
      <w:docPartBody>
        <w:p w:rsidR="00000000" w:rsidRDefault="00156F05">
          <w:r w:rsidRPr="00F910F0">
            <w:rPr>
              <w:rStyle w:val="Textedelespacerserv"/>
            </w:rPr>
            <w:t>Saisissez les informations relatives au RGPD</w:t>
          </w:r>
        </w:p>
      </w:docPartBody>
    </w:docPart>
    <w:docPart>
      <w:docPartPr>
        <w:name w:val="B527EFA1E6B5478A99BF6F55EAF96E5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5D20E9E-3C86-4326-9B7D-2FE7F1013168}"/>
      </w:docPartPr>
      <w:docPartBody>
        <w:p w:rsidR="00000000" w:rsidRDefault="00156F05">
          <w:r w:rsidRPr="00F910F0">
            <w:rPr>
              <w:rStyle w:val="Textedelespacerserv"/>
            </w:rPr>
            <w:t>Saisissez le synopsis court</w:t>
          </w:r>
        </w:p>
      </w:docPartBody>
    </w:docPart>
    <w:docPart>
      <w:docPartPr>
        <w:name w:val="1658D8F76A9844078F9A84E2A68924B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C686C45-7991-41C2-B491-100433149121}"/>
      </w:docPartPr>
      <w:docPartBody>
        <w:p w:rsidR="00000000" w:rsidRDefault="00156F05">
          <w:r w:rsidRPr="00F910F0">
            <w:rPr>
              <w:rStyle w:val="Textedelespacerserv"/>
            </w:rPr>
            <w:t>Sélectionnez la date souhaitée</w:t>
          </w:r>
        </w:p>
      </w:docPartBody>
    </w:docPart>
    <w:docPart>
      <w:docPartPr>
        <w:name w:val="8F490E1A063D4D969A76E394FAC806A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11FD58-66FA-4016-800D-CFBF9A0F2343}"/>
      </w:docPartPr>
      <w:docPartBody>
        <w:p w:rsidR="00000000" w:rsidRDefault="00156F05">
          <w:r w:rsidRPr="00F910F0">
            <w:rPr>
              <w:rStyle w:val="Textedelespacerserv"/>
            </w:rPr>
            <w:t>Sélectionnez la date de décision</w:t>
          </w:r>
        </w:p>
      </w:docPartBody>
    </w:docPart>
    <w:docPart>
      <w:docPartPr>
        <w:name w:val="4D6A9E2E6BB3405F95D1034A2BB7802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ECB0D4-25FF-433B-A445-43157E2EBE54}"/>
      </w:docPartPr>
      <w:docPartBody>
        <w:p w:rsidR="00000000" w:rsidRDefault="00156F05">
          <w:r w:rsidRPr="00F910F0">
            <w:rPr>
              <w:rStyle w:val="Textedelespacerserv"/>
            </w:rPr>
            <w:t>Sélectionnez Oui ou Non</w:t>
          </w:r>
        </w:p>
      </w:docPartBody>
    </w:docPart>
    <w:docPart>
      <w:docPartPr>
        <w:name w:val="C108757635CD40A4842604CA64979FB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3459CB-3DF5-455A-8653-7181704EF6EF}"/>
      </w:docPartPr>
      <w:docPartBody>
        <w:p w:rsidR="00000000" w:rsidRDefault="00156F05">
          <w:r w:rsidRPr="00F910F0">
            <w:rPr>
              <w:rStyle w:val="Textedelespacerserv"/>
            </w:rPr>
            <w:t>Sélectionnez Oui ou Non</w:t>
          </w:r>
        </w:p>
      </w:docPartBody>
    </w:docPart>
    <w:docPart>
      <w:docPartPr>
        <w:name w:val="AB7DB1E4A90140AD9DACB3602EE0A23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1FD33BEF-3B93-4B2A-858B-D6036F20506A}"/>
      </w:docPartPr>
      <w:docPartBody>
        <w:p w:rsidR="00000000" w:rsidRDefault="00156F05">
          <w:r w:rsidRPr="00F910F0">
            <w:rPr>
              <w:rStyle w:val="Textedelespacerserv"/>
            </w:rPr>
            <w:t>Saisissez le nom et le prénom</w:t>
          </w:r>
        </w:p>
      </w:docPartBody>
    </w:docPart>
    <w:docPart>
      <w:docPartPr>
        <w:name w:val="67EBA5D17541456B8D1739874AAFBEB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DD114DB-E0A7-4ACB-B838-B1E25888E827}"/>
      </w:docPartPr>
      <w:docPartBody>
        <w:p w:rsidR="00000000" w:rsidRDefault="00156F05">
          <w:r w:rsidRPr="00F910F0">
            <w:rPr>
              <w:rStyle w:val="Textedelespacerserv"/>
            </w:rPr>
            <w:t>Saisissez la profession ou spécialité</w:t>
          </w:r>
        </w:p>
      </w:docPartBody>
    </w:docPart>
    <w:docPart>
      <w:docPartPr>
        <w:name w:val="26907196025F40ACA61F64BBE2469F3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75795BC-B9DC-4AD7-89C6-D7EADB58234B}"/>
      </w:docPartPr>
      <w:docPartBody>
        <w:p w:rsidR="00000000" w:rsidRDefault="00156F05">
          <w:r w:rsidRPr="00F910F0">
            <w:rPr>
              <w:rStyle w:val="Textedelespacerserv"/>
            </w:rPr>
            <w:t>Saisissez l’établissement ou l’institution</w:t>
          </w:r>
        </w:p>
      </w:docPartBody>
    </w:docPart>
    <w:docPart>
      <w:docPartPr>
        <w:name w:val="156A7A60E49F4ED3A3CD0D3E9714CCB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41DEAA9-2F0D-4CD2-8424-8C67B985AB6B}"/>
      </w:docPartPr>
      <w:docPartBody>
        <w:p w:rsidR="00000000" w:rsidRDefault="00156F05">
          <w:r w:rsidRPr="00F910F0">
            <w:rPr>
              <w:rStyle w:val="Textedelespacerserv"/>
            </w:rPr>
            <w:t>Saisissez le public cible</w:t>
          </w:r>
        </w:p>
      </w:docPartBody>
    </w:docPart>
    <w:docPart>
      <w:docPartPr>
        <w:name w:val="AF08CEE1E19D429AB44E18D2FABB5C8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6FD70A-82B8-4D59-B31E-BDA1D0337ED5}"/>
      </w:docPartPr>
      <w:docPartBody>
        <w:p w:rsidR="00000000" w:rsidRDefault="00156F05">
          <w:r w:rsidRPr="00F910F0">
            <w:rPr>
              <w:rStyle w:val="Textedelespacerserv"/>
            </w:rPr>
            <w:t>Saisissez le nombre total de questions</w:t>
          </w:r>
        </w:p>
      </w:docPartBody>
    </w:docPart>
    <w:docPart>
      <w:docPartPr>
        <w:name w:val="FD56F34414084306B5BF916F5DEAF7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F8B051-F840-4700-BD82-58B8A99C1446}"/>
      </w:docPartPr>
      <w:docPartBody>
        <w:p w:rsidR="00000000" w:rsidRDefault="00156F05">
          <w:r w:rsidRPr="00F910F0">
            <w:rPr>
              <w:rStyle w:val="Textedelespacerserv"/>
            </w:rPr>
            <w:t>Saisissez la durée estimée</w:t>
          </w:r>
        </w:p>
      </w:docPartBody>
    </w:docPart>
    <w:docPart>
      <w:docPartPr>
        <w:name w:val="4844ED08DBA346418798A56E12499C2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E81A4A9-FF87-467C-9E6C-B2CC1315DD0A}"/>
      </w:docPartPr>
      <w:docPartBody>
        <w:p w:rsidR="00000000" w:rsidRDefault="00156F05">
          <w:r w:rsidRPr="00F910F0">
            <w:rPr>
              <w:rStyle w:val="Textedelespacerserv"/>
            </w:rPr>
            <w:t>Saisissez le lien</w:t>
          </w:r>
        </w:p>
      </w:docPartBody>
    </w:docPart>
    <w:docPart>
      <w:docPartPr>
        <w:name w:val="E25D9DC91C58435F8AED76FDFA0990E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B531A9D-463B-4C87-8773-F0C929560EE0}"/>
      </w:docPartPr>
      <w:docPartBody>
        <w:p w:rsidR="00000000" w:rsidRDefault="00156F05">
          <w:r w:rsidRPr="00F910F0">
            <w:rPr>
              <w:rStyle w:val="Textedelespacerserv"/>
            </w:rPr>
            <w:t>Saisissez les conditions ou commentaires</w:t>
          </w:r>
        </w:p>
      </w:docPartBody>
    </w:docPart>
    <w:docPart>
      <w:docPartPr>
        <w:name w:val="A3094CFA64CD4CAB9FB47A578A5927F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075D73E-995A-4406-8EC6-4C92F0ABFD4F}"/>
      </w:docPartPr>
      <w:docPartBody>
        <w:p w:rsidR="00000000" w:rsidRDefault="00156F05">
          <w:r w:rsidRPr="00F910F0">
            <w:rPr>
              <w:rStyle w:val="Textedelespacerserv"/>
            </w:rPr>
            <w:t>Saisissez le ou les membres en charge</w:t>
          </w:r>
        </w:p>
      </w:docPartBody>
    </w:docPart>
    <w:docPart>
      <w:docPartPr>
        <w:name w:val="7EDB9A0436EF415A9621698196884A2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DAC2547-8C22-4961-8C19-DDACAE9E2C8A}"/>
      </w:docPartPr>
      <w:docPartBody>
        <w:p w:rsidR="00000000" w:rsidRDefault="00156F05">
          <w:r w:rsidRPr="00F910F0">
            <w:rPr>
              <w:rStyle w:val="Textedelespacerserv"/>
            </w:rPr>
            <w:t>Saisissez la durée souhaitée</w:t>
          </w:r>
        </w:p>
      </w:docPartBody>
    </w:docPart>
    <w:docPart>
      <w:docPartPr>
        <w:name w:val="D8C2085FA7934A78899930CC7F6FD6B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4DE4B2-90BC-4095-84AD-1F5C98BA20FB}"/>
      </w:docPartPr>
      <w:docPartBody>
        <w:p w:rsidR="00000000" w:rsidRDefault="00156F05">
          <w:r w:rsidRPr="00F910F0">
            <w:rPr>
              <w:rStyle w:val="Textedelespacerserv"/>
            </w:rPr>
            <w:t>Sélectionnez une date</w:t>
          </w:r>
        </w:p>
      </w:docPartBody>
    </w:docPart>
    <w:docPart>
      <w:docPartPr>
        <w:name w:val="4B428F78C43544BC903827BE9CDE7A0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FC2B31-62B7-4875-8440-5E078717E585}"/>
      </w:docPartPr>
      <w:docPartBody>
        <w:p w:rsidR="00000000" w:rsidRDefault="00156F05">
          <w:r w:rsidRPr="00F910F0">
            <w:rPr>
              <w:rStyle w:val="Textedelespacerserv"/>
            </w:rPr>
            <w:t>Sélectionnez une date</w:t>
          </w:r>
        </w:p>
      </w:docPartBody>
    </w:docPart>
    <w:docPart>
      <w:docPartPr>
        <w:name w:val="A80ED2240C854623ABB1EB6EB200322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28C24F0-0465-4F07-AEEE-A922153DF84B}"/>
      </w:docPartPr>
      <w:docPartBody>
        <w:p w:rsidR="00000000" w:rsidRDefault="00156F05">
          <w:r w:rsidRPr="00F910F0">
            <w:rPr>
              <w:rStyle w:val="Textedelespacerserv"/>
            </w:rPr>
            <w:t>Précisez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notTrueType/>
    <w:pitch w:val="variable"/>
    <w:sig w:usb0="00000003" w:usb1="00000000" w:usb2="00000000" w:usb3="00000000" w:csb0="00000001" w:csb1="00000000"/>
  </w:font>
  <w:font w:name="Bricolage Grotesque 14pt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ricolage Grotesque 14pt ExtraB">
    <w:panose1 w:val="020B0605040402000204"/>
    <w:charset w:val="00"/>
    <w:family w:val="swiss"/>
    <w:pitch w:val="variable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6F05"/>
    <w:rsid w:val="00156F05"/>
    <w:rsid w:val="00D32383"/>
    <w:rsid w:val="00ED37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FR" w:eastAsia="fr-F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156F05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7CB7359E87FC24CBCBAA39CDFF78E93" ma:contentTypeVersion="16" ma:contentTypeDescription="Crée un document." ma:contentTypeScope="" ma:versionID="87a6c4a3a0f595ea17ae16da3c428e1a">
  <xsd:schema xmlns:xsd="http://www.w3.org/2001/XMLSchema" xmlns:xs="http://www.w3.org/2001/XMLSchema" xmlns:p="http://schemas.microsoft.com/office/2006/metadata/properties" xmlns:ns2="d41622dc-395c-4d4c-9b95-00ef5d100750" xmlns:ns3="64bf2c82-2317-42bc-ab1d-5ac4ef42b2e0" targetNamespace="http://schemas.microsoft.com/office/2006/metadata/properties" ma:root="true" ma:fieldsID="f62c24ff1f4d93552dd205458b89511a" ns2:_="" ns3:_="">
    <xsd:import namespace="d41622dc-395c-4d4c-9b95-00ef5d100750"/>
    <xsd:import namespace="64bf2c82-2317-42bc-ab1d-5ac4ef42b2e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622dc-395c-4d4c-9b95-00ef5d10075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3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6f13c995-77f7-4cab-b08d-7857615bd86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bf2c82-2317-42bc-ab1d-5ac4ef42b2e0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c98d3c1-01b4-4ada-ba2f-014dcdf6a461}" ma:internalName="TaxCatchAll" ma:showField="CatchAllData" ma:web="64bf2c82-2317-42bc-ab1d-5ac4ef42b2e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bf2c82-2317-42bc-ab1d-5ac4ef42b2e0" xsi:nil="true"/>
    <lcf76f155ced4ddcb4097134ff3c332f xmlns="d41622dc-395c-4d4c-9b95-00ef5d100750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9CD5AB2-D1FD-4806-935D-00B81351D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1622dc-395c-4d4c-9b95-00ef5d100750"/>
    <ds:schemaRef ds:uri="64bf2c82-2317-42bc-ab1d-5ac4ef42b2e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70247DB-A543-4121-8D0F-3917C02F80E4}">
  <ds:schemaRefs>
    <ds:schemaRef ds:uri="http://schemas.microsoft.com/office/2006/metadata/properties"/>
    <ds:schemaRef ds:uri="http://schemas.microsoft.com/office/infopath/2007/PartnerControls"/>
    <ds:schemaRef ds:uri="64bf2c82-2317-42bc-ab1d-5ac4ef42b2e0"/>
    <ds:schemaRef ds:uri="d41622dc-395c-4d4c-9b95-00ef5d100750"/>
  </ds:schemaRefs>
</ds:datastoreItem>
</file>

<file path=customXml/itemProps4.xml><?xml version="1.0" encoding="utf-8"?>
<ds:datastoreItem xmlns:ds="http://schemas.openxmlformats.org/officeDocument/2006/customXml" ds:itemID="{3F3E71E0-DDED-47C0-8203-74FADED8F11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365</Words>
  <Characters>2013</Characters>
  <Application>Microsoft Office Word</Application>
  <DocSecurity>0</DocSecurity>
  <Lines>16</Lines>
  <Paragraphs>4</Paragraphs>
  <ScaleCrop>false</ScaleCrop>
  <Manager/>
  <Company/>
  <LinksUpToDate>false</LinksUpToDate>
  <CharactersWithSpaces>2374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Géraldine Didier – SFCTCV</cp:lastModifiedBy>
  <cp:revision>9</cp:revision>
  <cp:lastPrinted>2026-03-23T14:25:00Z</cp:lastPrinted>
  <dcterms:created xsi:type="dcterms:W3CDTF">2026-03-23T14:23:00Z</dcterms:created>
  <dcterms:modified xsi:type="dcterms:W3CDTF">2026-09-25T12:39:00Z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0x01010087CB7359E87FC24CBCBAA39CDFF78E93</vt:lpwstr>
  </property>
  <property fmtid="{D5CDD505-2E9C-101B-9397-08002B2CF9AE}" pid="3" name="MediaServiceImageTags">
    <vt:lpwstr/>
  </property>
</Properties>
</file>